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E5F98" w14:textId="32223B80" w:rsidR="00B95AA5" w:rsidRPr="00B95AA5" w:rsidRDefault="00753892" w:rsidP="00753892">
      <w:pPr>
        <w:pStyle w:val="Heading1"/>
        <w:spacing w:before="0"/>
        <w:ind w:right="-302"/>
        <w:rPr>
          <w:color w:val="000000" w:themeColor="text1"/>
        </w:rPr>
      </w:pPr>
      <w:r>
        <w:rPr>
          <w:noProof/>
          <w:color w:val="000000" w:themeColor="text1"/>
        </w:rPr>
        <w:t xml:space="preserve"> </w:t>
      </w:r>
      <w:r w:rsidR="00B95AA5" w:rsidRPr="00B95AA5">
        <w:rPr>
          <w:noProof/>
          <w:color w:val="000000" w:themeColor="text1"/>
        </w:rPr>
        <w:drawing>
          <wp:inline distT="0" distB="0" distL="0" distR="0" wp14:anchorId="3F459331" wp14:editId="52E9856D">
            <wp:extent cx="5242560" cy="480060"/>
            <wp:effectExtent l="0" t="0" r="0" b="0"/>
            <wp:docPr id="3206174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100" cy="495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 w:themeColor="text1"/>
        </w:rPr>
        <w:t xml:space="preserve"> </w:t>
      </w:r>
      <w:r w:rsidR="00E160C8" w:rsidRPr="00E160C8">
        <w:rPr>
          <w:noProof/>
          <w:color w:val="000000" w:themeColor="text1"/>
        </w:rPr>
        <w:drawing>
          <wp:inline distT="0" distB="0" distL="0" distR="0" wp14:anchorId="0B7BD695" wp14:editId="44347714">
            <wp:extent cx="1402080" cy="403225"/>
            <wp:effectExtent l="0" t="0" r="7620" b="0"/>
            <wp:docPr id="198681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810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11472" cy="405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 w:themeColor="text1"/>
        </w:rPr>
        <w:t xml:space="preserve">   </w:t>
      </w:r>
    </w:p>
    <w:p w14:paraId="609D010E" w14:textId="6EB59ABA" w:rsidR="00B95AA5" w:rsidRPr="00B95AA5" w:rsidRDefault="00B95AA5" w:rsidP="00B95AA5">
      <w:pPr>
        <w:pStyle w:val="Heading1"/>
        <w:spacing w:before="0" w:after="240"/>
        <w:jc w:val="center"/>
        <w:rPr>
          <w:color w:val="000000" w:themeColor="text1"/>
        </w:rPr>
      </w:pPr>
      <w:r w:rsidRPr="00B95AA5">
        <w:rPr>
          <w:color w:val="000000" w:themeColor="text1"/>
        </w:rPr>
        <w:t>IIUM eProcurement System</w:t>
      </w:r>
      <w:r w:rsidRPr="00B95AA5">
        <w:rPr>
          <w:color w:val="000000" w:themeColor="text1"/>
        </w:rPr>
        <w:br/>
        <w:t>BASIC ACCOUNT REGISTRATION FORM</w:t>
      </w:r>
      <w:r w:rsidR="00753892">
        <w:rPr>
          <w:color w:val="000000" w:themeColor="text1"/>
        </w:rPr>
        <w:t xml:space="preserve"> (</w:t>
      </w:r>
      <w:r w:rsidR="00753892" w:rsidRPr="00753892">
        <w:rPr>
          <w:color w:val="000000" w:themeColor="text1"/>
        </w:rPr>
        <w:t>HONORARIUM</w:t>
      </w:r>
      <w:r w:rsidR="00753892">
        <w:rPr>
          <w:color w:val="000000" w:themeColor="text1"/>
        </w:rPr>
        <w:t>)</w:t>
      </w:r>
    </w:p>
    <w:p w14:paraId="14AC308F" w14:textId="77777777" w:rsidR="00E52C52" w:rsidRDefault="00E52C52" w:rsidP="00753892">
      <w:pPr>
        <w:jc w:val="both"/>
        <w:rPr>
          <w:color w:val="000000" w:themeColor="text1"/>
        </w:rPr>
      </w:pPr>
      <w:r w:rsidRPr="00E52C52">
        <w:rPr>
          <w:color w:val="000000" w:themeColor="text1"/>
        </w:rPr>
        <w:t>This form is intended for individuals or entities registering for a Basic Account to facilitate the processing and payment of honorarium by IIUM. The Basic Account is established solely for administrative and payment-related purposes and does not grant access to participate in IIUM procurement activities.</w:t>
      </w:r>
    </w:p>
    <w:p w14:paraId="5B24D25B" w14:textId="0ED2D405" w:rsidR="007811C2" w:rsidRPr="00B95AA5" w:rsidRDefault="00000000">
      <w:pPr>
        <w:pStyle w:val="Heading2"/>
        <w:rPr>
          <w:color w:val="000000" w:themeColor="text1"/>
          <w:sz w:val="24"/>
          <w:szCs w:val="24"/>
        </w:rPr>
      </w:pPr>
      <w:r w:rsidRPr="00B95AA5">
        <w:rPr>
          <w:color w:val="000000" w:themeColor="text1"/>
          <w:sz w:val="24"/>
          <w:szCs w:val="24"/>
        </w:rPr>
        <w:t xml:space="preserve">A. </w:t>
      </w:r>
      <w:proofErr w:type="spellStart"/>
      <w:r w:rsidRPr="00B95AA5">
        <w:rPr>
          <w:color w:val="000000" w:themeColor="text1"/>
          <w:sz w:val="24"/>
          <w:szCs w:val="24"/>
        </w:rPr>
        <w:t>Organisation</w:t>
      </w:r>
      <w:proofErr w:type="spellEnd"/>
      <w:r w:rsidRPr="00B95AA5">
        <w:rPr>
          <w:color w:val="000000" w:themeColor="text1"/>
          <w:sz w:val="24"/>
          <w:szCs w:val="24"/>
        </w:rPr>
        <w:t xml:space="preserve"> </w:t>
      </w:r>
      <w:r w:rsidR="00234BDF">
        <w:rPr>
          <w:color w:val="000000" w:themeColor="text1"/>
          <w:sz w:val="24"/>
          <w:szCs w:val="24"/>
        </w:rPr>
        <w:t xml:space="preserve">/ Individual </w:t>
      </w:r>
      <w:r w:rsidRPr="00B95AA5">
        <w:rPr>
          <w:color w:val="000000" w:themeColor="text1"/>
          <w:sz w:val="24"/>
          <w:szCs w:val="24"/>
        </w:rPr>
        <w:t>Information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66"/>
        <w:gridCol w:w="4937"/>
      </w:tblGrid>
      <w:tr w:rsidR="007811C2" w:rsidRPr="00B95AA5" w14:paraId="1C21BF75" w14:textId="77777777" w:rsidTr="00E160C8">
        <w:trPr>
          <w:trHeight w:val="454"/>
          <w:jc w:val="center"/>
        </w:trPr>
        <w:tc>
          <w:tcPr>
            <w:tcW w:w="5666" w:type="dxa"/>
            <w:vAlign w:val="center"/>
          </w:tcPr>
          <w:p w14:paraId="5F4F40BA" w14:textId="3103E03F" w:rsidR="007811C2" w:rsidRPr="00B95AA5" w:rsidRDefault="00234BDF" w:rsidP="00234BDF">
            <w:pPr>
              <w:rPr>
                <w:color w:val="000000" w:themeColor="text1"/>
                <w:sz w:val="20"/>
                <w:szCs w:val="24"/>
              </w:rPr>
            </w:pPr>
            <w:r>
              <w:rPr>
                <w:color w:val="000000" w:themeColor="text1"/>
                <w:sz w:val="20"/>
                <w:szCs w:val="24"/>
              </w:rPr>
              <w:t xml:space="preserve">Individual / </w:t>
            </w:r>
            <w:r w:rsidRPr="00B95AA5">
              <w:rPr>
                <w:color w:val="000000" w:themeColor="text1"/>
                <w:sz w:val="20"/>
                <w:szCs w:val="24"/>
              </w:rPr>
              <w:t xml:space="preserve">Company / </w:t>
            </w:r>
            <w:proofErr w:type="spellStart"/>
            <w:r w:rsidRPr="00B95AA5">
              <w:rPr>
                <w:color w:val="000000" w:themeColor="text1"/>
                <w:sz w:val="20"/>
                <w:szCs w:val="24"/>
              </w:rPr>
              <w:t>Organi</w:t>
            </w:r>
            <w:r>
              <w:rPr>
                <w:color w:val="000000" w:themeColor="text1"/>
                <w:sz w:val="20"/>
                <w:szCs w:val="24"/>
              </w:rPr>
              <w:t>s</w:t>
            </w:r>
            <w:r w:rsidRPr="00B95AA5">
              <w:rPr>
                <w:color w:val="000000" w:themeColor="text1"/>
                <w:sz w:val="20"/>
                <w:szCs w:val="24"/>
              </w:rPr>
              <w:t>ation</w:t>
            </w:r>
            <w:proofErr w:type="spellEnd"/>
            <w:r w:rsidRPr="00B95AA5">
              <w:rPr>
                <w:color w:val="000000" w:themeColor="text1"/>
                <w:sz w:val="20"/>
                <w:szCs w:val="24"/>
              </w:rPr>
              <w:t xml:space="preserve"> Name</w:t>
            </w:r>
          </w:p>
        </w:tc>
        <w:tc>
          <w:tcPr>
            <w:tcW w:w="4937" w:type="dxa"/>
            <w:vAlign w:val="center"/>
          </w:tcPr>
          <w:p w14:paraId="7E72FB5B" w14:textId="77777777" w:rsidR="007811C2" w:rsidRPr="00B95AA5" w:rsidRDefault="007811C2" w:rsidP="00234BDF">
            <w:pPr>
              <w:rPr>
                <w:color w:val="000000" w:themeColor="text1"/>
                <w:sz w:val="20"/>
                <w:szCs w:val="24"/>
              </w:rPr>
            </w:pPr>
          </w:p>
        </w:tc>
      </w:tr>
      <w:tr w:rsidR="007811C2" w:rsidRPr="00B95AA5" w14:paraId="04810C05" w14:textId="77777777" w:rsidTr="00E160C8">
        <w:trPr>
          <w:trHeight w:val="454"/>
          <w:jc w:val="center"/>
        </w:trPr>
        <w:tc>
          <w:tcPr>
            <w:tcW w:w="5666" w:type="dxa"/>
            <w:vAlign w:val="center"/>
          </w:tcPr>
          <w:p w14:paraId="55BAA679" w14:textId="3E88C179" w:rsidR="007811C2" w:rsidRPr="00B95AA5" w:rsidRDefault="00000000" w:rsidP="00234BDF">
            <w:pPr>
              <w:rPr>
                <w:color w:val="000000" w:themeColor="text1"/>
                <w:sz w:val="20"/>
                <w:szCs w:val="24"/>
              </w:rPr>
            </w:pPr>
            <w:proofErr w:type="spellStart"/>
            <w:r w:rsidRPr="00B95AA5">
              <w:rPr>
                <w:color w:val="000000" w:themeColor="text1"/>
                <w:sz w:val="20"/>
                <w:szCs w:val="24"/>
              </w:rPr>
              <w:t>Organisation</w:t>
            </w:r>
            <w:proofErr w:type="spellEnd"/>
            <w:r w:rsidRPr="00B95AA5">
              <w:rPr>
                <w:color w:val="000000" w:themeColor="text1"/>
                <w:sz w:val="20"/>
                <w:szCs w:val="24"/>
              </w:rPr>
              <w:t xml:space="preserve"> Registration No.</w:t>
            </w:r>
            <w:r w:rsidR="00234BDF">
              <w:rPr>
                <w:color w:val="000000" w:themeColor="text1"/>
                <w:sz w:val="20"/>
                <w:szCs w:val="24"/>
              </w:rPr>
              <w:t xml:space="preserve"> (If any)</w:t>
            </w:r>
          </w:p>
        </w:tc>
        <w:tc>
          <w:tcPr>
            <w:tcW w:w="4937" w:type="dxa"/>
            <w:vAlign w:val="center"/>
          </w:tcPr>
          <w:p w14:paraId="749147EC" w14:textId="77777777" w:rsidR="007811C2" w:rsidRPr="00B95AA5" w:rsidRDefault="007811C2" w:rsidP="00234BDF">
            <w:pPr>
              <w:rPr>
                <w:color w:val="000000" w:themeColor="text1"/>
                <w:sz w:val="20"/>
                <w:szCs w:val="24"/>
              </w:rPr>
            </w:pPr>
          </w:p>
        </w:tc>
      </w:tr>
      <w:tr w:rsidR="007811C2" w:rsidRPr="00B95AA5" w14:paraId="47B403E9" w14:textId="77777777" w:rsidTr="00E160C8">
        <w:trPr>
          <w:trHeight w:val="454"/>
          <w:jc w:val="center"/>
        </w:trPr>
        <w:tc>
          <w:tcPr>
            <w:tcW w:w="5666" w:type="dxa"/>
            <w:vAlign w:val="center"/>
          </w:tcPr>
          <w:p w14:paraId="65B6C2DA" w14:textId="6D8E5318" w:rsidR="007811C2" w:rsidRPr="00B95AA5" w:rsidRDefault="00E52C52" w:rsidP="00234BDF">
            <w:pPr>
              <w:rPr>
                <w:color w:val="000000" w:themeColor="text1"/>
                <w:sz w:val="20"/>
                <w:szCs w:val="24"/>
              </w:rPr>
            </w:pPr>
            <w:r w:rsidRPr="00B95AA5">
              <w:rPr>
                <w:color w:val="000000" w:themeColor="text1"/>
                <w:sz w:val="20"/>
                <w:szCs w:val="24"/>
              </w:rPr>
              <w:t>PIC Name</w:t>
            </w:r>
          </w:p>
        </w:tc>
        <w:tc>
          <w:tcPr>
            <w:tcW w:w="4937" w:type="dxa"/>
            <w:vAlign w:val="center"/>
          </w:tcPr>
          <w:p w14:paraId="2F5E1763" w14:textId="77777777" w:rsidR="007811C2" w:rsidRPr="00B95AA5" w:rsidRDefault="007811C2" w:rsidP="00234BDF">
            <w:pPr>
              <w:rPr>
                <w:color w:val="000000" w:themeColor="text1"/>
                <w:sz w:val="20"/>
                <w:szCs w:val="24"/>
              </w:rPr>
            </w:pPr>
          </w:p>
        </w:tc>
      </w:tr>
      <w:tr w:rsidR="007811C2" w:rsidRPr="00B95AA5" w14:paraId="457F8EF8" w14:textId="77777777" w:rsidTr="00E160C8">
        <w:trPr>
          <w:trHeight w:val="454"/>
          <w:jc w:val="center"/>
        </w:trPr>
        <w:tc>
          <w:tcPr>
            <w:tcW w:w="5666" w:type="dxa"/>
            <w:vAlign w:val="center"/>
          </w:tcPr>
          <w:p w14:paraId="6006DE67" w14:textId="61AB9BC0" w:rsidR="007811C2" w:rsidRPr="00B95AA5" w:rsidRDefault="00E52C52" w:rsidP="00234BDF">
            <w:pPr>
              <w:rPr>
                <w:color w:val="000000" w:themeColor="text1"/>
                <w:sz w:val="20"/>
                <w:szCs w:val="24"/>
              </w:rPr>
            </w:pPr>
            <w:r>
              <w:rPr>
                <w:color w:val="000000" w:themeColor="text1"/>
                <w:sz w:val="20"/>
                <w:szCs w:val="24"/>
              </w:rPr>
              <w:t>I</w:t>
            </w:r>
            <w:r w:rsidR="00234BDF">
              <w:rPr>
                <w:color w:val="000000" w:themeColor="text1"/>
                <w:sz w:val="20"/>
                <w:szCs w:val="24"/>
              </w:rPr>
              <w:t>dentification</w:t>
            </w:r>
            <w:r>
              <w:rPr>
                <w:color w:val="000000" w:themeColor="text1"/>
                <w:sz w:val="20"/>
                <w:szCs w:val="24"/>
              </w:rPr>
              <w:t xml:space="preserve"> Number</w:t>
            </w:r>
          </w:p>
        </w:tc>
        <w:tc>
          <w:tcPr>
            <w:tcW w:w="4937" w:type="dxa"/>
            <w:vAlign w:val="center"/>
          </w:tcPr>
          <w:p w14:paraId="028F10AE" w14:textId="77777777" w:rsidR="007811C2" w:rsidRPr="00B95AA5" w:rsidRDefault="007811C2" w:rsidP="00234BDF">
            <w:pPr>
              <w:rPr>
                <w:color w:val="000000" w:themeColor="text1"/>
                <w:sz w:val="20"/>
                <w:szCs w:val="24"/>
              </w:rPr>
            </w:pPr>
          </w:p>
        </w:tc>
      </w:tr>
      <w:tr w:rsidR="007811C2" w:rsidRPr="00B95AA5" w14:paraId="0232E074" w14:textId="77777777" w:rsidTr="00E160C8">
        <w:trPr>
          <w:trHeight w:val="454"/>
          <w:jc w:val="center"/>
        </w:trPr>
        <w:tc>
          <w:tcPr>
            <w:tcW w:w="5666" w:type="dxa"/>
            <w:vAlign w:val="center"/>
          </w:tcPr>
          <w:p w14:paraId="499C9CEF" w14:textId="77777777" w:rsidR="007811C2" w:rsidRPr="00B95AA5" w:rsidRDefault="00000000" w:rsidP="00234BDF">
            <w:pPr>
              <w:rPr>
                <w:color w:val="000000" w:themeColor="text1"/>
                <w:sz w:val="20"/>
                <w:szCs w:val="24"/>
              </w:rPr>
            </w:pPr>
            <w:r w:rsidRPr="00B95AA5">
              <w:rPr>
                <w:color w:val="000000" w:themeColor="text1"/>
                <w:sz w:val="20"/>
                <w:szCs w:val="24"/>
              </w:rPr>
              <w:t>Email Address</w:t>
            </w:r>
          </w:p>
        </w:tc>
        <w:tc>
          <w:tcPr>
            <w:tcW w:w="4937" w:type="dxa"/>
            <w:vAlign w:val="center"/>
          </w:tcPr>
          <w:p w14:paraId="183D4954" w14:textId="77777777" w:rsidR="007811C2" w:rsidRPr="00B95AA5" w:rsidRDefault="007811C2" w:rsidP="00234BDF">
            <w:pPr>
              <w:rPr>
                <w:color w:val="000000" w:themeColor="text1"/>
                <w:sz w:val="20"/>
                <w:szCs w:val="24"/>
              </w:rPr>
            </w:pPr>
          </w:p>
        </w:tc>
      </w:tr>
      <w:tr w:rsidR="007811C2" w:rsidRPr="00B95AA5" w14:paraId="16B0CCE3" w14:textId="77777777" w:rsidTr="00E160C8">
        <w:trPr>
          <w:trHeight w:val="454"/>
          <w:jc w:val="center"/>
        </w:trPr>
        <w:tc>
          <w:tcPr>
            <w:tcW w:w="5666" w:type="dxa"/>
            <w:vAlign w:val="center"/>
          </w:tcPr>
          <w:p w14:paraId="74D979CF" w14:textId="622C9DB7" w:rsidR="007811C2" w:rsidRPr="00B95AA5" w:rsidRDefault="00000000" w:rsidP="00234BDF">
            <w:pPr>
              <w:rPr>
                <w:color w:val="000000" w:themeColor="text1"/>
                <w:sz w:val="20"/>
                <w:szCs w:val="24"/>
              </w:rPr>
            </w:pPr>
            <w:r w:rsidRPr="00B95AA5">
              <w:rPr>
                <w:color w:val="000000" w:themeColor="text1"/>
                <w:sz w:val="20"/>
                <w:szCs w:val="24"/>
              </w:rPr>
              <w:t>Username</w:t>
            </w:r>
            <w:r w:rsidR="001C6617">
              <w:rPr>
                <w:color w:val="000000" w:themeColor="text1"/>
                <w:sz w:val="20"/>
                <w:szCs w:val="24"/>
              </w:rPr>
              <w:t xml:space="preserve"> </w:t>
            </w:r>
            <w:r w:rsidR="00753892">
              <w:rPr>
                <w:color w:val="000000" w:themeColor="text1"/>
                <w:sz w:val="20"/>
                <w:szCs w:val="24"/>
              </w:rPr>
              <w:t xml:space="preserve">for </w:t>
            </w:r>
            <w:proofErr w:type="spellStart"/>
            <w:r w:rsidR="00E160C8">
              <w:rPr>
                <w:color w:val="000000" w:themeColor="text1"/>
                <w:sz w:val="20"/>
                <w:szCs w:val="24"/>
              </w:rPr>
              <w:t>eP</w:t>
            </w:r>
            <w:r w:rsidR="00753892">
              <w:rPr>
                <w:color w:val="000000" w:themeColor="text1"/>
                <w:sz w:val="20"/>
                <w:szCs w:val="24"/>
              </w:rPr>
              <w:t>@IIUM</w:t>
            </w:r>
            <w:proofErr w:type="spellEnd"/>
            <w:r w:rsidR="00753892">
              <w:rPr>
                <w:color w:val="000000" w:themeColor="text1"/>
                <w:sz w:val="20"/>
                <w:szCs w:val="24"/>
              </w:rPr>
              <w:t xml:space="preserve"> System </w:t>
            </w:r>
            <w:r w:rsidR="001C6617">
              <w:rPr>
                <w:color w:val="000000" w:themeColor="text1"/>
                <w:sz w:val="20"/>
                <w:szCs w:val="24"/>
              </w:rPr>
              <w:t>(Min</w:t>
            </w:r>
            <w:r w:rsidR="000F1413">
              <w:rPr>
                <w:color w:val="000000" w:themeColor="text1"/>
                <w:sz w:val="20"/>
                <w:szCs w:val="24"/>
              </w:rPr>
              <w:t>i</w:t>
            </w:r>
            <w:r w:rsidR="001C6617">
              <w:rPr>
                <w:color w:val="000000" w:themeColor="text1"/>
                <w:sz w:val="20"/>
                <w:szCs w:val="24"/>
              </w:rPr>
              <w:t>mum six (6)</w:t>
            </w:r>
            <w:r w:rsidR="001C6617" w:rsidRPr="001C6617">
              <w:rPr>
                <w:color w:val="000000" w:themeColor="text1"/>
                <w:sz w:val="20"/>
                <w:szCs w:val="24"/>
              </w:rPr>
              <w:t xml:space="preserve"> characters</w:t>
            </w:r>
            <w:r w:rsidR="001C6617">
              <w:rPr>
                <w:color w:val="000000" w:themeColor="text1"/>
                <w:sz w:val="20"/>
                <w:szCs w:val="24"/>
              </w:rPr>
              <w:t>)</w:t>
            </w:r>
          </w:p>
        </w:tc>
        <w:tc>
          <w:tcPr>
            <w:tcW w:w="4937" w:type="dxa"/>
            <w:vAlign w:val="center"/>
          </w:tcPr>
          <w:p w14:paraId="5622F8D4" w14:textId="77777777" w:rsidR="007811C2" w:rsidRPr="00B95AA5" w:rsidRDefault="007811C2" w:rsidP="00234BDF">
            <w:pPr>
              <w:rPr>
                <w:color w:val="000000" w:themeColor="text1"/>
                <w:sz w:val="20"/>
                <w:szCs w:val="24"/>
              </w:rPr>
            </w:pPr>
          </w:p>
        </w:tc>
      </w:tr>
      <w:tr w:rsidR="00E24B2D" w:rsidRPr="00B95AA5" w14:paraId="00212BB7" w14:textId="77777777" w:rsidTr="00E160C8">
        <w:trPr>
          <w:trHeight w:val="454"/>
          <w:jc w:val="center"/>
        </w:trPr>
        <w:tc>
          <w:tcPr>
            <w:tcW w:w="5666" w:type="dxa"/>
            <w:vAlign w:val="center"/>
          </w:tcPr>
          <w:p w14:paraId="6E9AA170" w14:textId="4FF80C18" w:rsidR="00E24B2D" w:rsidRPr="00B95AA5" w:rsidRDefault="00E24B2D" w:rsidP="00234BDF">
            <w:pPr>
              <w:rPr>
                <w:color w:val="000000" w:themeColor="text1"/>
                <w:sz w:val="20"/>
                <w:szCs w:val="24"/>
              </w:rPr>
            </w:pPr>
            <w:r>
              <w:rPr>
                <w:color w:val="000000" w:themeColor="text1"/>
                <w:sz w:val="20"/>
                <w:szCs w:val="24"/>
              </w:rPr>
              <w:t xml:space="preserve">Password </w:t>
            </w:r>
          </w:p>
        </w:tc>
        <w:tc>
          <w:tcPr>
            <w:tcW w:w="4937" w:type="dxa"/>
            <w:vAlign w:val="center"/>
          </w:tcPr>
          <w:p w14:paraId="3D304704" w14:textId="1F4AE758" w:rsidR="00E24B2D" w:rsidRPr="00E24B2D" w:rsidRDefault="00E24B2D" w:rsidP="00E24B2D">
            <w:pPr>
              <w:jc w:val="both"/>
              <w:rPr>
                <w:i/>
                <w:iCs/>
                <w:color w:val="000000" w:themeColor="text1"/>
              </w:rPr>
            </w:pPr>
            <w:r w:rsidRPr="00E24B2D">
              <w:rPr>
                <w:i/>
                <w:iCs/>
                <w:color w:val="000000" w:themeColor="text1"/>
              </w:rPr>
              <w:t>*The password will be automatically generated by the system. Please check the registered email account to obtain the password and perform any password reset if required.</w:t>
            </w:r>
          </w:p>
        </w:tc>
      </w:tr>
    </w:tbl>
    <w:p w14:paraId="360593BD" w14:textId="22DAB6B6" w:rsidR="007811C2" w:rsidRPr="00B95AA5" w:rsidRDefault="00377F4D" w:rsidP="0056277C">
      <w:pPr>
        <w:pStyle w:val="Heading2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B</w:t>
      </w:r>
      <w:r w:rsidRPr="00B95AA5">
        <w:rPr>
          <w:color w:val="000000" w:themeColor="text1"/>
          <w:sz w:val="24"/>
          <w:szCs w:val="24"/>
        </w:rPr>
        <w:t xml:space="preserve">. Address </w:t>
      </w:r>
      <w:r w:rsidR="00B95AA5" w:rsidRPr="00B95AA5">
        <w:rPr>
          <w:color w:val="000000" w:themeColor="text1"/>
          <w:sz w:val="24"/>
          <w:szCs w:val="24"/>
        </w:rPr>
        <w:t xml:space="preserve">and Phone Number </w:t>
      </w:r>
      <w:r w:rsidRPr="00B95AA5">
        <w:rPr>
          <w:color w:val="000000" w:themeColor="text1"/>
          <w:sz w:val="24"/>
          <w:szCs w:val="24"/>
        </w:rPr>
        <w:t>Information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66"/>
        <w:gridCol w:w="4937"/>
      </w:tblGrid>
      <w:tr w:rsidR="007811C2" w:rsidRPr="00B95AA5" w14:paraId="5844A480" w14:textId="77777777" w:rsidTr="00E160C8">
        <w:trPr>
          <w:trHeight w:val="454"/>
          <w:jc w:val="center"/>
        </w:trPr>
        <w:tc>
          <w:tcPr>
            <w:tcW w:w="5670" w:type="dxa"/>
            <w:vAlign w:val="center"/>
          </w:tcPr>
          <w:p w14:paraId="0F0198E6" w14:textId="77777777" w:rsidR="007811C2" w:rsidRPr="00B95AA5" w:rsidRDefault="00000000" w:rsidP="00234BDF">
            <w:pPr>
              <w:rPr>
                <w:color w:val="000000" w:themeColor="text1"/>
                <w:sz w:val="20"/>
                <w:szCs w:val="24"/>
              </w:rPr>
            </w:pPr>
            <w:r w:rsidRPr="00B95AA5">
              <w:rPr>
                <w:color w:val="000000" w:themeColor="text1"/>
                <w:sz w:val="20"/>
                <w:szCs w:val="24"/>
              </w:rPr>
              <w:t>Address</w:t>
            </w:r>
          </w:p>
        </w:tc>
        <w:tc>
          <w:tcPr>
            <w:tcW w:w="4942" w:type="dxa"/>
            <w:vAlign w:val="center"/>
          </w:tcPr>
          <w:p w14:paraId="4B535DDC" w14:textId="77777777" w:rsidR="007811C2" w:rsidRPr="00B95AA5" w:rsidRDefault="007811C2" w:rsidP="00234BDF">
            <w:pPr>
              <w:rPr>
                <w:color w:val="000000" w:themeColor="text1"/>
              </w:rPr>
            </w:pPr>
          </w:p>
        </w:tc>
      </w:tr>
      <w:tr w:rsidR="007811C2" w:rsidRPr="00B95AA5" w14:paraId="07E653C6" w14:textId="77777777" w:rsidTr="00E160C8">
        <w:trPr>
          <w:trHeight w:val="454"/>
          <w:jc w:val="center"/>
        </w:trPr>
        <w:tc>
          <w:tcPr>
            <w:tcW w:w="5670" w:type="dxa"/>
            <w:vAlign w:val="center"/>
          </w:tcPr>
          <w:p w14:paraId="5C67ABB3" w14:textId="28320EC9" w:rsidR="007811C2" w:rsidRPr="00B95AA5" w:rsidRDefault="00B95AA5" w:rsidP="00234BDF">
            <w:pPr>
              <w:rPr>
                <w:color w:val="000000" w:themeColor="text1"/>
                <w:sz w:val="20"/>
                <w:szCs w:val="24"/>
              </w:rPr>
            </w:pPr>
            <w:r w:rsidRPr="00B95AA5">
              <w:rPr>
                <w:color w:val="000000" w:themeColor="text1"/>
                <w:sz w:val="20"/>
                <w:szCs w:val="24"/>
              </w:rPr>
              <w:t>City</w:t>
            </w:r>
          </w:p>
        </w:tc>
        <w:tc>
          <w:tcPr>
            <w:tcW w:w="4942" w:type="dxa"/>
            <w:vAlign w:val="center"/>
          </w:tcPr>
          <w:p w14:paraId="1032CCC5" w14:textId="77777777" w:rsidR="007811C2" w:rsidRPr="00B95AA5" w:rsidRDefault="007811C2" w:rsidP="00234BDF">
            <w:pPr>
              <w:rPr>
                <w:color w:val="000000" w:themeColor="text1"/>
              </w:rPr>
            </w:pPr>
          </w:p>
        </w:tc>
      </w:tr>
      <w:tr w:rsidR="007811C2" w:rsidRPr="00B95AA5" w14:paraId="541D295E" w14:textId="77777777" w:rsidTr="00E160C8">
        <w:trPr>
          <w:trHeight w:val="454"/>
          <w:jc w:val="center"/>
        </w:trPr>
        <w:tc>
          <w:tcPr>
            <w:tcW w:w="5670" w:type="dxa"/>
            <w:vAlign w:val="center"/>
          </w:tcPr>
          <w:p w14:paraId="2A287ADE" w14:textId="1C7B4CB7" w:rsidR="007811C2" w:rsidRPr="00B95AA5" w:rsidRDefault="00B95AA5" w:rsidP="00234BDF">
            <w:pPr>
              <w:rPr>
                <w:color w:val="000000" w:themeColor="text1"/>
                <w:sz w:val="20"/>
                <w:szCs w:val="24"/>
              </w:rPr>
            </w:pPr>
            <w:r w:rsidRPr="00B95AA5">
              <w:rPr>
                <w:color w:val="000000" w:themeColor="text1"/>
                <w:sz w:val="20"/>
                <w:szCs w:val="24"/>
              </w:rPr>
              <w:t>State</w:t>
            </w:r>
          </w:p>
        </w:tc>
        <w:tc>
          <w:tcPr>
            <w:tcW w:w="4942" w:type="dxa"/>
            <w:vAlign w:val="center"/>
          </w:tcPr>
          <w:p w14:paraId="6DFE695E" w14:textId="77777777" w:rsidR="007811C2" w:rsidRPr="00B95AA5" w:rsidRDefault="007811C2" w:rsidP="00234BDF">
            <w:pPr>
              <w:rPr>
                <w:color w:val="000000" w:themeColor="text1"/>
              </w:rPr>
            </w:pPr>
          </w:p>
        </w:tc>
      </w:tr>
      <w:tr w:rsidR="007811C2" w:rsidRPr="00B95AA5" w14:paraId="4B06EDBC" w14:textId="77777777" w:rsidTr="00E160C8">
        <w:trPr>
          <w:trHeight w:val="454"/>
          <w:jc w:val="center"/>
        </w:trPr>
        <w:tc>
          <w:tcPr>
            <w:tcW w:w="5670" w:type="dxa"/>
            <w:vAlign w:val="center"/>
          </w:tcPr>
          <w:p w14:paraId="7DC8DC7A" w14:textId="678B6EDF" w:rsidR="007811C2" w:rsidRPr="00B95AA5" w:rsidRDefault="00B95AA5" w:rsidP="00234BDF">
            <w:pPr>
              <w:rPr>
                <w:color w:val="000000" w:themeColor="text1"/>
                <w:sz w:val="20"/>
                <w:szCs w:val="24"/>
              </w:rPr>
            </w:pPr>
            <w:r w:rsidRPr="00B95AA5">
              <w:rPr>
                <w:color w:val="000000" w:themeColor="text1"/>
                <w:sz w:val="20"/>
                <w:szCs w:val="24"/>
              </w:rPr>
              <w:t>Country</w:t>
            </w:r>
          </w:p>
        </w:tc>
        <w:tc>
          <w:tcPr>
            <w:tcW w:w="4942" w:type="dxa"/>
            <w:vAlign w:val="center"/>
          </w:tcPr>
          <w:p w14:paraId="1DBF32A7" w14:textId="77777777" w:rsidR="007811C2" w:rsidRPr="00B95AA5" w:rsidRDefault="007811C2" w:rsidP="00234BDF">
            <w:pPr>
              <w:rPr>
                <w:color w:val="000000" w:themeColor="text1"/>
              </w:rPr>
            </w:pPr>
          </w:p>
        </w:tc>
      </w:tr>
      <w:tr w:rsidR="007811C2" w:rsidRPr="00B95AA5" w14:paraId="1C33B248" w14:textId="77777777" w:rsidTr="00E160C8">
        <w:trPr>
          <w:trHeight w:val="454"/>
          <w:jc w:val="center"/>
        </w:trPr>
        <w:tc>
          <w:tcPr>
            <w:tcW w:w="5670" w:type="dxa"/>
            <w:vAlign w:val="center"/>
          </w:tcPr>
          <w:p w14:paraId="63DB208F" w14:textId="07CF5367" w:rsidR="007811C2" w:rsidRPr="00B95AA5" w:rsidRDefault="00B95AA5" w:rsidP="00234BDF">
            <w:pPr>
              <w:rPr>
                <w:color w:val="000000" w:themeColor="text1"/>
                <w:sz w:val="20"/>
                <w:szCs w:val="24"/>
              </w:rPr>
            </w:pPr>
            <w:r w:rsidRPr="00B95AA5">
              <w:rPr>
                <w:color w:val="000000" w:themeColor="text1"/>
                <w:sz w:val="20"/>
                <w:szCs w:val="24"/>
              </w:rPr>
              <w:t>Telephone No.</w:t>
            </w:r>
          </w:p>
        </w:tc>
        <w:tc>
          <w:tcPr>
            <w:tcW w:w="4942" w:type="dxa"/>
            <w:vAlign w:val="center"/>
          </w:tcPr>
          <w:p w14:paraId="687CF0ED" w14:textId="77777777" w:rsidR="007811C2" w:rsidRPr="00B95AA5" w:rsidRDefault="007811C2" w:rsidP="00234BDF">
            <w:pPr>
              <w:rPr>
                <w:color w:val="000000" w:themeColor="text1"/>
              </w:rPr>
            </w:pPr>
          </w:p>
        </w:tc>
      </w:tr>
      <w:tr w:rsidR="007811C2" w:rsidRPr="00B95AA5" w14:paraId="267673A2" w14:textId="77777777" w:rsidTr="00E160C8">
        <w:trPr>
          <w:trHeight w:val="454"/>
          <w:jc w:val="center"/>
        </w:trPr>
        <w:tc>
          <w:tcPr>
            <w:tcW w:w="5670" w:type="dxa"/>
            <w:vAlign w:val="center"/>
          </w:tcPr>
          <w:p w14:paraId="064B2324" w14:textId="5A10F04C" w:rsidR="007811C2" w:rsidRPr="00B95AA5" w:rsidRDefault="00B95AA5" w:rsidP="00234BDF">
            <w:pPr>
              <w:rPr>
                <w:color w:val="000000" w:themeColor="text1"/>
                <w:sz w:val="20"/>
                <w:szCs w:val="24"/>
              </w:rPr>
            </w:pPr>
            <w:r w:rsidRPr="00B95AA5">
              <w:rPr>
                <w:color w:val="000000" w:themeColor="text1"/>
                <w:sz w:val="20"/>
                <w:szCs w:val="24"/>
              </w:rPr>
              <w:t>Mobile No.</w:t>
            </w:r>
          </w:p>
        </w:tc>
        <w:tc>
          <w:tcPr>
            <w:tcW w:w="4942" w:type="dxa"/>
            <w:vAlign w:val="center"/>
          </w:tcPr>
          <w:p w14:paraId="0B8FCB49" w14:textId="77777777" w:rsidR="007811C2" w:rsidRPr="00B95AA5" w:rsidRDefault="007811C2" w:rsidP="00234BDF">
            <w:pPr>
              <w:rPr>
                <w:color w:val="000000" w:themeColor="text1"/>
              </w:rPr>
            </w:pPr>
          </w:p>
        </w:tc>
      </w:tr>
    </w:tbl>
    <w:p w14:paraId="293EC59A" w14:textId="0B030DDF" w:rsidR="007811C2" w:rsidRPr="00B95AA5" w:rsidRDefault="00377F4D">
      <w:pPr>
        <w:pStyle w:val="Heading2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C</w:t>
      </w:r>
      <w:r w:rsidRPr="00B95AA5">
        <w:rPr>
          <w:color w:val="000000" w:themeColor="text1"/>
          <w:sz w:val="24"/>
          <w:szCs w:val="24"/>
        </w:rPr>
        <w:t>. Bank Account Information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65"/>
        <w:gridCol w:w="4938"/>
      </w:tblGrid>
      <w:tr w:rsidR="007811C2" w:rsidRPr="00B95AA5" w14:paraId="2FAA7DCD" w14:textId="77777777" w:rsidTr="00E160C8">
        <w:trPr>
          <w:trHeight w:val="454"/>
          <w:jc w:val="center"/>
        </w:trPr>
        <w:tc>
          <w:tcPr>
            <w:tcW w:w="5670" w:type="dxa"/>
            <w:vAlign w:val="center"/>
          </w:tcPr>
          <w:p w14:paraId="682F5DD0" w14:textId="77777777" w:rsidR="007811C2" w:rsidRPr="00B95AA5" w:rsidRDefault="00000000" w:rsidP="00234BDF">
            <w:pPr>
              <w:rPr>
                <w:color w:val="000000" w:themeColor="text1"/>
                <w:sz w:val="20"/>
                <w:szCs w:val="24"/>
              </w:rPr>
            </w:pPr>
            <w:r w:rsidRPr="00B95AA5">
              <w:rPr>
                <w:color w:val="000000" w:themeColor="text1"/>
                <w:sz w:val="20"/>
                <w:szCs w:val="24"/>
              </w:rPr>
              <w:t>Bank Name</w:t>
            </w:r>
          </w:p>
        </w:tc>
        <w:tc>
          <w:tcPr>
            <w:tcW w:w="4942" w:type="dxa"/>
            <w:vAlign w:val="center"/>
          </w:tcPr>
          <w:p w14:paraId="7C2EEF97" w14:textId="77777777" w:rsidR="007811C2" w:rsidRPr="00B95AA5" w:rsidRDefault="007811C2" w:rsidP="00234BDF">
            <w:pPr>
              <w:rPr>
                <w:color w:val="000000" w:themeColor="text1"/>
              </w:rPr>
            </w:pPr>
          </w:p>
        </w:tc>
      </w:tr>
      <w:tr w:rsidR="007811C2" w:rsidRPr="00B95AA5" w14:paraId="66915C24" w14:textId="77777777" w:rsidTr="00E160C8">
        <w:trPr>
          <w:trHeight w:val="454"/>
          <w:jc w:val="center"/>
        </w:trPr>
        <w:tc>
          <w:tcPr>
            <w:tcW w:w="5670" w:type="dxa"/>
            <w:vAlign w:val="center"/>
          </w:tcPr>
          <w:p w14:paraId="3AA8E462" w14:textId="77777777" w:rsidR="007811C2" w:rsidRPr="00B95AA5" w:rsidRDefault="00000000" w:rsidP="00234BDF">
            <w:pPr>
              <w:rPr>
                <w:color w:val="000000" w:themeColor="text1"/>
                <w:sz w:val="20"/>
                <w:szCs w:val="24"/>
              </w:rPr>
            </w:pPr>
            <w:r w:rsidRPr="00B95AA5">
              <w:rPr>
                <w:color w:val="000000" w:themeColor="text1"/>
                <w:sz w:val="20"/>
                <w:szCs w:val="24"/>
              </w:rPr>
              <w:t>Bank Branch</w:t>
            </w:r>
          </w:p>
        </w:tc>
        <w:tc>
          <w:tcPr>
            <w:tcW w:w="4942" w:type="dxa"/>
            <w:vAlign w:val="center"/>
          </w:tcPr>
          <w:p w14:paraId="7C4E654E" w14:textId="77777777" w:rsidR="007811C2" w:rsidRPr="00B95AA5" w:rsidRDefault="007811C2" w:rsidP="00234BDF">
            <w:pPr>
              <w:rPr>
                <w:color w:val="000000" w:themeColor="text1"/>
              </w:rPr>
            </w:pPr>
          </w:p>
        </w:tc>
      </w:tr>
      <w:tr w:rsidR="007811C2" w:rsidRPr="00B95AA5" w14:paraId="48C5CEBD" w14:textId="77777777" w:rsidTr="00E160C8">
        <w:trPr>
          <w:trHeight w:val="454"/>
          <w:jc w:val="center"/>
        </w:trPr>
        <w:tc>
          <w:tcPr>
            <w:tcW w:w="5670" w:type="dxa"/>
            <w:vAlign w:val="center"/>
          </w:tcPr>
          <w:p w14:paraId="7188C630" w14:textId="77777777" w:rsidR="007811C2" w:rsidRPr="00B95AA5" w:rsidRDefault="00000000" w:rsidP="00234BDF">
            <w:pPr>
              <w:rPr>
                <w:color w:val="000000" w:themeColor="text1"/>
                <w:sz w:val="20"/>
                <w:szCs w:val="24"/>
              </w:rPr>
            </w:pPr>
            <w:r w:rsidRPr="00B95AA5">
              <w:rPr>
                <w:color w:val="000000" w:themeColor="text1"/>
                <w:sz w:val="20"/>
                <w:szCs w:val="24"/>
              </w:rPr>
              <w:t>Account Holder Name</w:t>
            </w:r>
          </w:p>
        </w:tc>
        <w:tc>
          <w:tcPr>
            <w:tcW w:w="4942" w:type="dxa"/>
            <w:vAlign w:val="center"/>
          </w:tcPr>
          <w:p w14:paraId="27281BF8" w14:textId="77777777" w:rsidR="007811C2" w:rsidRPr="00B95AA5" w:rsidRDefault="007811C2" w:rsidP="00234BDF">
            <w:pPr>
              <w:rPr>
                <w:color w:val="000000" w:themeColor="text1"/>
              </w:rPr>
            </w:pPr>
          </w:p>
        </w:tc>
      </w:tr>
      <w:tr w:rsidR="007811C2" w:rsidRPr="00B95AA5" w14:paraId="252086EA" w14:textId="77777777" w:rsidTr="00E160C8">
        <w:trPr>
          <w:trHeight w:val="454"/>
          <w:jc w:val="center"/>
        </w:trPr>
        <w:tc>
          <w:tcPr>
            <w:tcW w:w="5670" w:type="dxa"/>
            <w:vAlign w:val="center"/>
          </w:tcPr>
          <w:p w14:paraId="6798F3BC" w14:textId="77777777" w:rsidR="007811C2" w:rsidRPr="00B95AA5" w:rsidRDefault="00000000" w:rsidP="00234BDF">
            <w:pPr>
              <w:rPr>
                <w:color w:val="000000" w:themeColor="text1"/>
                <w:sz w:val="20"/>
                <w:szCs w:val="24"/>
              </w:rPr>
            </w:pPr>
            <w:r w:rsidRPr="00B95AA5">
              <w:rPr>
                <w:color w:val="000000" w:themeColor="text1"/>
                <w:sz w:val="20"/>
                <w:szCs w:val="24"/>
              </w:rPr>
              <w:t>Account Number</w:t>
            </w:r>
          </w:p>
        </w:tc>
        <w:tc>
          <w:tcPr>
            <w:tcW w:w="4942" w:type="dxa"/>
            <w:vAlign w:val="center"/>
          </w:tcPr>
          <w:p w14:paraId="71CB73A5" w14:textId="77777777" w:rsidR="007811C2" w:rsidRPr="00B95AA5" w:rsidRDefault="007811C2" w:rsidP="00234BDF">
            <w:pPr>
              <w:rPr>
                <w:color w:val="000000" w:themeColor="text1"/>
              </w:rPr>
            </w:pPr>
          </w:p>
        </w:tc>
      </w:tr>
    </w:tbl>
    <w:p w14:paraId="6BE49027" w14:textId="64B6583F" w:rsidR="007811C2" w:rsidRPr="00B95AA5" w:rsidRDefault="00377F4D">
      <w:pPr>
        <w:pStyle w:val="Heading2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D</w:t>
      </w:r>
      <w:r w:rsidRPr="00B95AA5">
        <w:rPr>
          <w:color w:val="000000" w:themeColor="text1"/>
          <w:sz w:val="24"/>
          <w:szCs w:val="24"/>
        </w:rPr>
        <w:t>. Supporting Document Required</w:t>
      </w:r>
      <w:r w:rsidR="00E160C8">
        <w:rPr>
          <w:color w:val="000000" w:themeColor="text1"/>
          <w:sz w:val="24"/>
          <w:szCs w:val="24"/>
        </w:rPr>
        <w:t xml:space="preserve"> (Mandatory)</w:t>
      </w:r>
    </w:p>
    <w:p w14:paraId="3A7B1D82" w14:textId="201DB4AB" w:rsidR="007811C2" w:rsidRDefault="00000000" w:rsidP="00234BDF">
      <w:pPr>
        <w:spacing w:after="0"/>
        <w:rPr>
          <w:color w:val="000000" w:themeColor="text1"/>
          <w:sz w:val="20"/>
          <w:szCs w:val="24"/>
        </w:rPr>
      </w:pPr>
      <w:r w:rsidRPr="00B95AA5">
        <w:rPr>
          <w:color w:val="000000" w:themeColor="text1"/>
          <w:sz w:val="20"/>
          <w:szCs w:val="24"/>
        </w:rPr>
        <w:t xml:space="preserve">☐ </w:t>
      </w:r>
      <w:r w:rsidR="0056277C">
        <w:rPr>
          <w:color w:val="000000" w:themeColor="text1"/>
          <w:sz w:val="20"/>
          <w:szCs w:val="24"/>
        </w:rPr>
        <w:t>1</w:t>
      </w:r>
      <w:r w:rsidR="0056277C" w:rsidRPr="0056277C">
        <w:rPr>
          <w:color w:val="000000" w:themeColor="text1"/>
          <w:sz w:val="20"/>
          <w:szCs w:val="24"/>
          <w:vertAlign w:val="superscript"/>
        </w:rPr>
        <w:t>st</w:t>
      </w:r>
      <w:r w:rsidR="0056277C">
        <w:rPr>
          <w:color w:val="000000" w:themeColor="text1"/>
          <w:sz w:val="20"/>
          <w:szCs w:val="24"/>
        </w:rPr>
        <w:t xml:space="preserve"> </w:t>
      </w:r>
      <w:r w:rsidR="00234BDF">
        <w:rPr>
          <w:color w:val="000000" w:themeColor="text1"/>
          <w:sz w:val="20"/>
          <w:szCs w:val="24"/>
        </w:rPr>
        <w:t>Page</w:t>
      </w:r>
      <w:r w:rsidR="00377F4D">
        <w:rPr>
          <w:color w:val="000000" w:themeColor="text1"/>
          <w:sz w:val="20"/>
          <w:szCs w:val="24"/>
        </w:rPr>
        <w:t xml:space="preserve"> of</w:t>
      </w:r>
      <w:r w:rsidRPr="00B95AA5">
        <w:rPr>
          <w:color w:val="000000" w:themeColor="text1"/>
          <w:sz w:val="20"/>
          <w:szCs w:val="24"/>
        </w:rPr>
        <w:t xml:space="preserve"> Bank Account Statement </w:t>
      </w:r>
    </w:p>
    <w:p w14:paraId="0A1844BF" w14:textId="77777777" w:rsidR="00753892" w:rsidRDefault="00753892" w:rsidP="00E24B2D">
      <w:pPr>
        <w:rPr>
          <w:color w:val="000000" w:themeColor="text1"/>
        </w:rPr>
      </w:pPr>
    </w:p>
    <w:p w14:paraId="2D192923" w14:textId="77777777" w:rsidR="00E160C8" w:rsidRDefault="00E160C8" w:rsidP="00E24B2D">
      <w:pPr>
        <w:rPr>
          <w:color w:val="000000" w:themeColor="text1"/>
        </w:rPr>
      </w:pPr>
    </w:p>
    <w:p w14:paraId="3156D8C3" w14:textId="77777777" w:rsidR="00E160C8" w:rsidRDefault="00E160C8" w:rsidP="00E24B2D">
      <w:pPr>
        <w:rPr>
          <w:color w:val="000000" w:themeColor="text1"/>
        </w:rPr>
      </w:pPr>
    </w:p>
    <w:p w14:paraId="38EB9C18" w14:textId="77777777" w:rsidR="00E160C8" w:rsidRDefault="00E160C8" w:rsidP="00E24B2D">
      <w:pPr>
        <w:rPr>
          <w:color w:val="000000" w:themeColor="text1"/>
        </w:rPr>
      </w:pPr>
    </w:p>
    <w:p w14:paraId="65F23F7C" w14:textId="77777777" w:rsidR="00E160C8" w:rsidRDefault="00E160C8" w:rsidP="00E24B2D">
      <w:pPr>
        <w:rPr>
          <w:color w:val="000000" w:themeColor="text1"/>
        </w:rPr>
      </w:pPr>
    </w:p>
    <w:p w14:paraId="075BE3D8" w14:textId="77777777" w:rsidR="00E160C8" w:rsidRDefault="00E160C8" w:rsidP="00E24B2D">
      <w:pPr>
        <w:rPr>
          <w:color w:val="000000" w:themeColor="text1"/>
        </w:rPr>
      </w:pPr>
    </w:p>
    <w:sectPr w:rsidR="00E160C8" w:rsidSect="00034616">
      <w:pgSz w:w="11909" w:h="16834"/>
      <w:pgMar w:top="504" w:right="648" w:bottom="504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7623859">
    <w:abstractNumId w:val="8"/>
  </w:num>
  <w:num w:numId="2" w16cid:durableId="1860969857">
    <w:abstractNumId w:val="6"/>
  </w:num>
  <w:num w:numId="3" w16cid:durableId="140463557">
    <w:abstractNumId w:val="5"/>
  </w:num>
  <w:num w:numId="4" w16cid:durableId="1561791688">
    <w:abstractNumId w:val="4"/>
  </w:num>
  <w:num w:numId="5" w16cid:durableId="1334575560">
    <w:abstractNumId w:val="7"/>
  </w:num>
  <w:num w:numId="6" w16cid:durableId="2115126103">
    <w:abstractNumId w:val="3"/>
  </w:num>
  <w:num w:numId="7" w16cid:durableId="951280399">
    <w:abstractNumId w:val="2"/>
  </w:num>
  <w:num w:numId="8" w16cid:durableId="399791623">
    <w:abstractNumId w:val="1"/>
  </w:num>
  <w:num w:numId="9" w16cid:durableId="975910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F1413"/>
    <w:rsid w:val="0015074B"/>
    <w:rsid w:val="001C6617"/>
    <w:rsid w:val="00214CD2"/>
    <w:rsid w:val="00234BDF"/>
    <w:rsid w:val="0029639D"/>
    <w:rsid w:val="00320E55"/>
    <w:rsid w:val="00326F90"/>
    <w:rsid w:val="003423E5"/>
    <w:rsid w:val="00377F4D"/>
    <w:rsid w:val="003D2AAE"/>
    <w:rsid w:val="0056277C"/>
    <w:rsid w:val="00753892"/>
    <w:rsid w:val="007811C2"/>
    <w:rsid w:val="00AA1D8D"/>
    <w:rsid w:val="00B47730"/>
    <w:rsid w:val="00B95AA5"/>
    <w:rsid w:val="00C571B8"/>
    <w:rsid w:val="00CB0664"/>
    <w:rsid w:val="00D76533"/>
    <w:rsid w:val="00E037E7"/>
    <w:rsid w:val="00E160C8"/>
    <w:rsid w:val="00E24B2D"/>
    <w:rsid w:val="00E52C52"/>
    <w:rsid w:val="00FC693F"/>
    <w:rsid w:val="00FC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ED7908"/>
  <w14:defaultImageDpi w14:val="300"/>
  <w15:docId w15:val="{42744C7C-818D-41F2-81B2-8C4CF7634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FADLHLIN SAKINA BINTI ABDULLAH</cp:lastModifiedBy>
  <cp:revision>2</cp:revision>
  <cp:lastPrinted>2026-07-29T04:52:00Z</cp:lastPrinted>
  <dcterms:created xsi:type="dcterms:W3CDTF">2026-08-06T07:47:00Z</dcterms:created>
  <dcterms:modified xsi:type="dcterms:W3CDTF">2026-08-06T07:47:00Z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6af91d75-90a6-422e-9bbf-a702f44e092e</vt:lpwstr>
  </property>
</Properties>
</file>